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2C2D3" w14:textId="77777777" w:rsidR="003F5796" w:rsidRDefault="00000000">
      <w:pPr>
        <w:pStyle w:val="Title"/>
        <w:jc w:val="center"/>
      </w:pPr>
      <w:r>
        <w:t>GRACE CHRISTIAN PRIVATE SCHOOL</w:t>
      </w:r>
    </w:p>
    <w:p w14:paraId="04F8C3AB" w14:textId="77777777" w:rsidR="003F5796" w:rsidRDefault="00000000">
      <w:pPr>
        <w:jc w:val="center"/>
      </w:pPr>
      <w:r>
        <w:rPr>
          <w:b/>
          <w:color w:val="472C1A"/>
          <w:sz w:val="32"/>
        </w:rPr>
        <w:t>2025 SCHOOL FEE STRUCTURE</w:t>
      </w:r>
      <w:r>
        <w:rPr>
          <w:b/>
          <w:color w:val="472C1A"/>
          <w:sz w:val="32"/>
        </w:rPr>
        <w:br/>
      </w:r>
      <w:r>
        <w:br/>
        <w:t>Investing in Excellence • Character • Christian Education</w:t>
      </w:r>
    </w:p>
    <w:p w14:paraId="33DDB348" w14:textId="7FE4630F" w:rsidR="003F5796" w:rsidRDefault="00000000" w:rsidP="001867FC">
      <w:r>
        <w:rPr>
          <w:color w:val="472C1A"/>
        </w:rPr>
        <w:t>Registration Fee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3F5796" w14:paraId="451C49B7" w14:textId="77777777">
        <w:trPr>
          <w:jc w:val="center"/>
        </w:trPr>
        <w:tc>
          <w:tcPr>
            <w:tcW w:w="2880" w:type="dxa"/>
          </w:tcPr>
          <w:p w14:paraId="5B3398F0" w14:textId="77777777" w:rsidR="003F5796" w:rsidRDefault="00000000">
            <w:r>
              <w:t>Grade</w:t>
            </w:r>
          </w:p>
        </w:tc>
        <w:tc>
          <w:tcPr>
            <w:tcW w:w="2880" w:type="dxa"/>
          </w:tcPr>
          <w:p w14:paraId="657F0979" w14:textId="77777777" w:rsidR="003F5796" w:rsidRDefault="00000000">
            <w:r>
              <w:t>Old Learner</w:t>
            </w:r>
          </w:p>
        </w:tc>
        <w:tc>
          <w:tcPr>
            <w:tcW w:w="2880" w:type="dxa"/>
          </w:tcPr>
          <w:p w14:paraId="559B6270" w14:textId="77777777" w:rsidR="003F5796" w:rsidRDefault="00000000">
            <w:r>
              <w:t>New Learner</w:t>
            </w:r>
          </w:p>
        </w:tc>
      </w:tr>
      <w:tr w:rsidR="003F5796" w14:paraId="73B01ADA" w14:textId="77777777">
        <w:trPr>
          <w:jc w:val="center"/>
        </w:trPr>
        <w:tc>
          <w:tcPr>
            <w:tcW w:w="2880" w:type="dxa"/>
          </w:tcPr>
          <w:p w14:paraId="6944C1F4" w14:textId="77777777" w:rsidR="003F5796" w:rsidRDefault="00000000">
            <w:r>
              <w:t>Grade 0 - R</w:t>
            </w:r>
          </w:p>
        </w:tc>
        <w:tc>
          <w:tcPr>
            <w:tcW w:w="2880" w:type="dxa"/>
          </w:tcPr>
          <w:p w14:paraId="0DD18AA1" w14:textId="77777777" w:rsidR="003F5796" w:rsidRDefault="00000000">
            <w:r>
              <w:t>R1,650.00</w:t>
            </w:r>
          </w:p>
        </w:tc>
        <w:tc>
          <w:tcPr>
            <w:tcW w:w="2880" w:type="dxa"/>
          </w:tcPr>
          <w:p w14:paraId="3AC005ED" w14:textId="77777777" w:rsidR="003F5796" w:rsidRDefault="00000000">
            <w:r>
              <w:t>R1,900.00</w:t>
            </w:r>
          </w:p>
        </w:tc>
      </w:tr>
      <w:tr w:rsidR="003F5796" w14:paraId="38388D87" w14:textId="77777777">
        <w:trPr>
          <w:jc w:val="center"/>
        </w:trPr>
        <w:tc>
          <w:tcPr>
            <w:tcW w:w="2880" w:type="dxa"/>
          </w:tcPr>
          <w:p w14:paraId="46032185" w14:textId="77777777" w:rsidR="003F5796" w:rsidRDefault="00000000">
            <w:r>
              <w:t>Grade 1 - 3</w:t>
            </w:r>
          </w:p>
        </w:tc>
        <w:tc>
          <w:tcPr>
            <w:tcW w:w="2880" w:type="dxa"/>
          </w:tcPr>
          <w:p w14:paraId="0129BCC5" w14:textId="77777777" w:rsidR="003F5796" w:rsidRDefault="00000000">
            <w:r>
              <w:t>R1,780.00</w:t>
            </w:r>
          </w:p>
        </w:tc>
        <w:tc>
          <w:tcPr>
            <w:tcW w:w="2880" w:type="dxa"/>
          </w:tcPr>
          <w:p w14:paraId="393B6FB0" w14:textId="77777777" w:rsidR="003F5796" w:rsidRDefault="00000000">
            <w:r>
              <w:t>R2,080.00</w:t>
            </w:r>
          </w:p>
        </w:tc>
      </w:tr>
      <w:tr w:rsidR="003F5796" w14:paraId="2667A6F4" w14:textId="77777777">
        <w:trPr>
          <w:jc w:val="center"/>
        </w:trPr>
        <w:tc>
          <w:tcPr>
            <w:tcW w:w="2880" w:type="dxa"/>
          </w:tcPr>
          <w:p w14:paraId="6C9A4A22" w14:textId="77777777" w:rsidR="003F5796" w:rsidRDefault="00000000">
            <w:r>
              <w:t>Grade 4 - 6</w:t>
            </w:r>
          </w:p>
        </w:tc>
        <w:tc>
          <w:tcPr>
            <w:tcW w:w="2880" w:type="dxa"/>
          </w:tcPr>
          <w:p w14:paraId="761AEF3D" w14:textId="77777777" w:rsidR="003F5796" w:rsidRDefault="00000000">
            <w:r>
              <w:t>R2,400.00</w:t>
            </w:r>
          </w:p>
        </w:tc>
        <w:tc>
          <w:tcPr>
            <w:tcW w:w="2880" w:type="dxa"/>
          </w:tcPr>
          <w:p w14:paraId="0258DECA" w14:textId="77777777" w:rsidR="003F5796" w:rsidRDefault="00000000">
            <w:r>
              <w:t>R2,600.00</w:t>
            </w:r>
          </w:p>
        </w:tc>
      </w:tr>
      <w:tr w:rsidR="003F5796" w14:paraId="1FA35C98" w14:textId="77777777">
        <w:trPr>
          <w:jc w:val="center"/>
        </w:trPr>
        <w:tc>
          <w:tcPr>
            <w:tcW w:w="2880" w:type="dxa"/>
          </w:tcPr>
          <w:p w14:paraId="717CA1A0" w14:textId="77777777" w:rsidR="003F5796" w:rsidRDefault="00000000">
            <w:r>
              <w:t>Grade 7 - 9</w:t>
            </w:r>
          </w:p>
        </w:tc>
        <w:tc>
          <w:tcPr>
            <w:tcW w:w="2880" w:type="dxa"/>
          </w:tcPr>
          <w:p w14:paraId="555176CD" w14:textId="77777777" w:rsidR="003F5796" w:rsidRDefault="00000000">
            <w:r>
              <w:t>R2,600.00</w:t>
            </w:r>
          </w:p>
        </w:tc>
        <w:tc>
          <w:tcPr>
            <w:tcW w:w="2880" w:type="dxa"/>
          </w:tcPr>
          <w:p w14:paraId="31478418" w14:textId="77777777" w:rsidR="003F5796" w:rsidRDefault="00000000">
            <w:r>
              <w:t>R2,800.00</w:t>
            </w:r>
          </w:p>
        </w:tc>
      </w:tr>
      <w:tr w:rsidR="003F5796" w14:paraId="42CEAE5E" w14:textId="77777777">
        <w:trPr>
          <w:jc w:val="center"/>
        </w:trPr>
        <w:tc>
          <w:tcPr>
            <w:tcW w:w="2880" w:type="dxa"/>
          </w:tcPr>
          <w:p w14:paraId="5923FED2" w14:textId="77777777" w:rsidR="003F5796" w:rsidRDefault="00000000">
            <w:r>
              <w:t>Grade 10 - 12</w:t>
            </w:r>
          </w:p>
        </w:tc>
        <w:tc>
          <w:tcPr>
            <w:tcW w:w="2880" w:type="dxa"/>
          </w:tcPr>
          <w:p w14:paraId="54F3A2B1" w14:textId="77777777" w:rsidR="003F5796" w:rsidRDefault="00000000">
            <w:r>
              <w:t>R2,950.00</w:t>
            </w:r>
          </w:p>
        </w:tc>
        <w:tc>
          <w:tcPr>
            <w:tcW w:w="2880" w:type="dxa"/>
          </w:tcPr>
          <w:p w14:paraId="21B5496D" w14:textId="77777777" w:rsidR="003F5796" w:rsidRDefault="00000000">
            <w:r>
              <w:t>R3,150.00</w:t>
            </w:r>
          </w:p>
        </w:tc>
      </w:tr>
    </w:tbl>
    <w:p w14:paraId="0E0428D7" w14:textId="77777777" w:rsidR="003F5796" w:rsidRDefault="003F5796"/>
    <w:p w14:paraId="509F67AB" w14:textId="77777777" w:rsidR="003F5796" w:rsidRDefault="00000000">
      <w:pPr>
        <w:pStyle w:val="Heading1"/>
      </w:pPr>
      <w:r>
        <w:rPr>
          <w:color w:val="472C1A"/>
        </w:rPr>
        <w:t>Tuition Fee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3F5796" w14:paraId="2F001546" w14:textId="77777777">
        <w:trPr>
          <w:jc w:val="center"/>
        </w:trPr>
        <w:tc>
          <w:tcPr>
            <w:tcW w:w="4320" w:type="dxa"/>
          </w:tcPr>
          <w:p w14:paraId="0E58E15E" w14:textId="77777777" w:rsidR="003F5796" w:rsidRDefault="00000000">
            <w:r>
              <w:t>Grade</w:t>
            </w:r>
          </w:p>
        </w:tc>
        <w:tc>
          <w:tcPr>
            <w:tcW w:w="4320" w:type="dxa"/>
          </w:tcPr>
          <w:p w14:paraId="02CA8940" w14:textId="77777777" w:rsidR="003F5796" w:rsidRDefault="00000000">
            <w:r>
              <w:t>Amount</w:t>
            </w:r>
          </w:p>
        </w:tc>
      </w:tr>
      <w:tr w:rsidR="003F5796" w14:paraId="73468188" w14:textId="77777777">
        <w:trPr>
          <w:jc w:val="center"/>
        </w:trPr>
        <w:tc>
          <w:tcPr>
            <w:tcW w:w="4320" w:type="dxa"/>
          </w:tcPr>
          <w:p w14:paraId="313CDAAD" w14:textId="77777777" w:rsidR="003F5796" w:rsidRDefault="00000000">
            <w:r>
              <w:t>Grade 0 - R</w:t>
            </w:r>
          </w:p>
        </w:tc>
        <w:tc>
          <w:tcPr>
            <w:tcW w:w="4320" w:type="dxa"/>
          </w:tcPr>
          <w:p w14:paraId="069DEAD4" w14:textId="77777777" w:rsidR="003F5796" w:rsidRDefault="00000000">
            <w:r>
              <w:t>R1,150.00</w:t>
            </w:r>
          </w:p>
        </w:tc>
      </w:tr>
      <w:tr w:rsidR="003F5796" w14:paraId="3A1F8332" w14:textId="77777777">
        <w:trPr>
          <w:jc w:val="center"/>
        </w:trPr>
        <w:tc>
          <w:tcPr>
            <w:tcW w:w="4320" w:type="dxa"/>
          </w:tcPr>
          <w:p w14:paraId="72E43949" w14:textId="77777777" w:rsidR="003F5796" w:rsidRDefault="00000000">
            <w:r>
              <w:t>Grade 1 - 3</w:t>
            </w:r>
          </w:p>
        </w:tc>
        <w:tc>
          <w:tcPr>
            <w:tcW w:w="4320" w:type="dxa"/>
          </w:tcPr>
          <w:p w14:paraId="3876A187" w14:textId="77777777" w:rsidR="003F5796" w:rsidRDefault="00000000">
            <w:r>
              <w:t>R1,230.00</w:t>
            </w:r>
          </w:p>
        </w:tc>
      </w:tr>
      <w:tr w:rsidR="003F5796" w14:paraId="719C3D45" w14:textId="77777777">
        <w:trPr>
          <w:jc w:val="center"/>
        </w:trPr>
        <w:tc>
          <w:tcPr>
            <w:tcW w:w="4320" w:type="dxa"/>
          </w:tcPr>
          <w:p w14:paraId="65F8F61F" w14:textId="77777777" w:rsidR="003F5796" w:rsidRDefault="00000000">
            <w:r>
              <w:t>Grade 4 - 6</w:t>
            </w:r>
          </w:p>
        </w:tc>
        <w:tc>
          <w:tcPr>
            <w:tcW w:w="4320" w:type="dxa"/>
          </w:tcPr>
          <w:p w14:paraId="1B06DEC0" w14:textId="77777777" w:rsidR="003F5796" w:rsidRDefault="00000000">
            <w:r>
              <w:t>R1,350.00</w:t>
            </w:r>
          </w:p>
        </w:tc>
      </w:tr>
      <w:tr w:rsidR="003F5796" w14:paraId="25F9A8EA" w14:textId="77777777">
        <w:trPr>
          <w:jc w:val="center"/>
        </w:trPr>
        <w:tc>
          <w:tcPr>
            <w:tcW w:w="4320" w:type="dxa"/>
          </w:tcPr>
          <w:p w14:paraId="11E771E3" w14:textId="77777777" w:rsidR="003F5796" w:rsidRDefault="00000000">
            <w:r>
              <w:t>Grade 7 - 9</w:t>
            </w:r>
          </w:p>
        </w:tc>
        <w:tc>
          <w:tcPr>
            <w:tcW w:w="4320" w:type="dxa"/>
          </w:tcPr>
          <w:p w14:paraId="7708C1A4" w14:textId="77777777" w:rsidR="003F5796" w:rsidRDefault="00000000">
            <w:r>
              <w:t>R1,500.00</w:t>
            </w:r>
          </w:p>
        </w:tc>
      </w:tr>
      <w:tr w:rsidR="003F5796" w14:paraId="3D41DE26" w14:textId="77777777">
        <w:trPr>
          <w:jc w:val="center"/>
        </w:trPr>
        <w:tc>
          <w:tcPr>
            <w:tcW w:w="4320" w:type="dxa"/>
          </w:tcPr>
          <w:p w14:paraId="75D1E80E" w14:textId="77777777" w:rsidR="003F5796" w:rsidRDefault="00000000">
            <w:r>
              <w:t>Grade 10 - 12</w:t>
            </w:r>
          </w:p>
        </w:tc>
        <w:tc>
          <w:tcPr>
            <w:tcW w:w="4320" w:type="dxa"/>
          </w:tcPr>
          <w:p w14:paraId="10C05321" w14:textId="77777777" w:rsidR="003F5796" w:rsidRDefault="00000000">
            <w:r>
              <w:t>R1,650.00</w:t>
            </w:r>
          </w:p>
        </w:tc>
      </w:tr>
    </w:tbl>
    <w:p w14:paraId="22F42462" w14:textId="77777777" w:rsidR="003F5796" w:rsidRDefault="003F5796"/>
    <w:p w14:paraId="0B248F82" w14:textId="77777777" w:rsidR="003F5796" w:rsidRDefault="00000000">
      <w:pPr>
        <w:pStyle w:val="Heading1"/>
      </w:pPr>
      <w:r>
        <w:rPr>
          <w:color w:val="472C1A"/>
        </w:rPr>
        <w:t>Total Annual Fees Including Registration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3F5796" w14:paraId="2254D452" w14:textId="77777777">
        <w:trPr>
          <w:jc w:val="center"/>
        </w:trPr>
        <w:tc>
          <w:tcPr>
            <w:tcW w:w="2880" w:type="dxa"/>
          </w:tcPr>
          <w:p w14:paraId="14A221C8" w14:textId="77777777" w:rsidR="003F5796" w:rsidRDefault="00000000">
            <w:r>
              <w:t>Grade</w:t>
            </w:r>
          </w:p>
        </w:tc>
        <w:tc>
          <w:tcPr>
            <w:tcW w:w="2880" w:type="dxa"/>
          </w:tcPr>
          <w:p w14:paraId="2AF6A7EF" w14:textId="77777777" w:rsidR="003F5796" w:rsidRDefault="00000000">
            <w:r>
              <w:t>Old Learner</w:t>
            </w:r>
          </w:p>
        </w:tc>
        <w:tc>
          <w:tcPr>
            <w:tcW w:w="2880" w:type="dxa"/>
          </w:tcPr>
          <w:p w14:paraId="53955117" w14:textId="77777777" w:rsidR="003F5796" w:rsidRDefault="00000000">
            <w:r>
              <w:t>New Learner</w:t>
            </w:r>
          </w:p>
        </w:tc>
      </w:tr>
      <w:tr w:rsidR="003F5796" w14:paraId="0CB32A3F" w14:textId="77777777">
        <w:trPr>
          <w:jc w:val="center"/>
        </w:trPr>
        <w:tc>
          <w:tcPr>
            <w:tcW w:w="2880" w:type="dxa"/>
          </w:tcPr>
          <w:p w14:paraId="2B621606" w14:textId="77777777" w:rsidR="003F5796" w:rsidRDefault="00000000">
            <w:r>
              <w:t>Grade 0 - R</w:t>
            </w:r>
          </w:p>
        </w:tc>
        <w:tc>
          <w:tcPr>
            <w:tcW w:w="2880" w:type="dxa"/>
          </w:tcPr>
          <w:p w14:paraId="6CF39B8D" w14:textId="77777777" w:rsidR="003F5796" w:rsidRDefault="00000000">
            <w:r>
              <w:t>R14,300.00</w:t>
            </w:r>
          </w:p>
        </w:tc>
        <w:tc>
          <w:tcPr>
            <w:tcW w:w="2880" w:type="dxa"/>
          </w:tcPr>
          <w:p w14:paraId="58A352FA" w14:textId="77777777" w:rsidR="003F5796" w:rsidRDefault="00000000">
            <w:r>
              <w:t>R14,500.00</w:t>
            </w:r>
          </w:p>
        </w:tc>
      </w:tr>
      <w:tr w:rsidR="003F5796" w14:paraId="72960E6B" w14:textId="77777777">
        <w:trPr>
          <w:jc w:val="center"/>
        </w:trPr>
        <w:tc>
          <w:tcPr>
            <w:tcW w:w="2880" w:type="dxa"/>
          </w:tcPr>
          <w:p w14:paraId="50687C2A" w14:textId="77777777" w:rsidR="003F5796" w:rsidRDefault="00000000">
            <w:r>
              <w:t>Grade 1 - 3</w:t>
            </w:r>
          </w:p>
        </w:tc>
        <w:tc>
          <w:tcPr>
            <w:tcW w:w="2880" w:type="dxa"/>
          </w:tcPr>
          <w:p w14:paraId="537049D3" w14:textId="77777777" w:rsidR="003F5796" w:rsidRDefault="00000000">
            <w:r>
              <w:t>R15,310.00</w:t>
            </w:r>
          </w:p>
        </w:tc>
        <w:tc>
          <w:tcPr>
            <w:tcW w:w="2880" w:type="dxa"/>
          </w:tcPr>
          <w:p w14:paraId="15CCF314" w14:textId="77777777" w:rsidR="003F5796" w:rsidRDefault="00000000">
            <w:r>
              <w:t>R15,610.00</w:t>
            </w:r>
          </w:p>
        </w:tc>
      </w:tr>
      <w:tr w:rsidR="003F5796" w14:paraId="6CF5C184" w14:textId="77777777">
        <w:trPr>
          <w:jc w:val="center"/>
        </w:trPr>
        <w:tc>
          <w:tcPr>
            <w:tcW w:w="2880" w:type="dxa"/>
          </w:tcPr>
          <w:p w14:paraId="01B41C01" w14:textId="77777777" w:rsidR="003F5796" w:rsidRDefault="00000000">
            <w:r>
              <w:t>Grade 4 - 6</w:t>
            </w:r>
          </w:p>
        </w:tc>
        <w:tc>
          <w:tcPr>
            <w:tcW w:w="2880" w:type="dxa"/>
          </w:tcPr>
          <w:p w14:paraId="75A31306" w14:textId="77777777" w:rsidR="003F5796" w:rsidRDefault="00000000">
            <w:r>
              <w:t>R17,250.00</w:t>
            </w:r>
          </w:p>
        </w:tc>
        <w:tc>
          <w:tcPr>
            <w:tcW w:w="2880" w:type="dxa"/>
          </w:tcPr>
          <w:p w14:paraId="0C1DC406" w14:textId="77777777" w:rsidR="003F5796" w:rsidRDefault="00000000">
            <w:r>
              <w:t>R17,450.00</w:t>
            </w:r>
          </w:p>
        </w:tc>
      </w:tr>
      <w:tr w:rsidR="003F5796" w14:paraId="11F78314" w14:textId="77777777">
        <w:trPr>
          <w:jc w:val="center"/>
        </w:trPr>
        <w:tc>
          <w:tcPr>
            <w:tcW w:w="2880" w:type="dxa"/>
          </w:tcPr>
          <w:p w14:paraId="2B0DCCA8" w14:textId="77777777" w:rsidR="003F5796" w:rsidRDefault="00000000">
            <w:r>
              <w:t>Grade 7 - 9</w:t>
            </w:r>
          </w:p>
        </w:tc>
        <w:tc>
          <w:tcPr>
            <w:tcW w:w="2880" w:type="dxa"/>
          </w:tcPr>
          <w:p w14:paraId="4B710B7E" w14:textId="77777777" w:rsidR="003F5796" w:rsidRDefault="00000000">
            <w:r>
              <w:t>R19,100.00</w:t>
            </w:r>
          </w:p>
        </w:tc>
        <w:tc>
          <w:tcPr>
            <w:tcW w:w="2880" w:type="dxa"/>
          </w:tcPr>
          <w:p w14:paraId="4AD2BF08" w14:textId="77777777" w:rsidR="003F5796" w:rsidRDefault="00000000">
            <w:r>
              <w:t>R19,300.00</w:t>
            </w:r>
          </w:p>
        </w:tc>
      </w:tr>
      <w:tr w:rsidR="003F5796" w14:paraId="46C56FD5" w14:textId="77777777">
        <w:trPr>
          <w:jc w:val="center"/>
        </w:trPr>
        <w:tc>
          <w:tcPr>
            <w:tcW w:w="2880" w:type="dxa"/>
          </w:tcPr>
          <w:p w14:paraId="5F6C62B1" w14:textId="77777777" w:rsidR="003F5796" w:rsidRDefault="00000000">
            <w:r>
              <w:t>Grade 10 - 12</w:t>
            </w:r>
          </w:p>
        </w:tc>
        <w:tc>
          <w:tcPr>
            <w:tcW w:w="2880" w:type="dxa"/>
          </w:tcPr>
          <w:p w14:paraId="5C1304A1" w14:textId="77777777" w:rsidR="003F5796" w:rsidRDefault="00000000">
            <w:r>
              <w:t>R21,100.00</w:t>
            </w:r>
          </w:p>
        </w:tc>
        <w:tc>
          <w:tcPr>
            <w:tcW w:w="2880" w:type="dxa"/>
          </w:tcPr>
          <w:p w14:paraId="60A576A5" w14:textId="77777777" w:rsidR="003F5796" w:rsidRDefault="00000000">
            <w:r>
              <w:t>R21,300.00</w:t>
            </w:r>
          </w:p>
        </w:tc>
      </w:tr>
    </w:tbl>
    <w:p w14:paraId="1F601AB1" w14:textId="77777777" w:rsidR="003F5796" w:rsidRDefault="003F5796"/>
    <w:p w14:paraId="44ECC9BF" w14:textId="77777777" w:rsidR="003F5796" w:rsidRDefault="00000000">
      <w:pPr>
        <w:pStyle w:val="Heading1"/>
      </w:pPr>
      <w:r>
        <w:rPr>
          <w:color w:val="472C1A"/>
        </w:rPr>
        <w:t>2025 School Camps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3F5796" w14:paraId="5550BC9C" w14:textId="77777777">
        <w:trPr>
          <w:jc w:val="center"/>
        </w:trPr>
        <w:tc>
          <w:tcPr>
            <w:tcW w:w="1728" w:type="dxa"/>
          </w:tcPr>
          <w:p w14:paraId="4B048F3C" w14:textId="77777777" w:rsidR="003F5796" w:rsidRDefault="00000000">
            <w:r>
              <w:t>Grade</w:t>
            </w:r>
          </w:p>
        </w:tc>
        <w:tc>
          <w:tcPr>
            <w:tcW w:w="1728" w:type="dxa"/>
          </w:tcPr>
          <w:p w14:paraId="08F7CB64" w14:textId="77777777" w:rsidR="003F5796" w:rsidRDefault="00000000">
            <w:r>
              <w:t>Quarter 1</w:t>
            </w:r>
          </w:p>
        </w:tc>
        <w:tc>
          <w:tcPr>
            <w:tcW w:w="1728" w:type="dxa"/>
          </w:tcPr>
          <w:p w14:paraId="25425F98" w14:textId="77777777" w:rsidR="003F5796" w:rsidRDefault="00000000">
            <w:r>
              <w:t>Quarter 2</w:t>
            </w:r>
          </w:p>
        </w:tc>
        <w:tc>
          <w:tcPr>
            <w:tcW w:w="1728" w:type="dxa"/>
          </w:tcPr>
          <w:p w14:paraId="7E5A20C2" w14:textId="77777777" w:rsidR="003F5796" w:rsidRDefault="00000000">
            <w:r>
              <w:t>Quarter 3</w:t>
            </w:r>
          </w:p>
        </w:tc>
        <w:tc>
          <w:tcPr>
            <w:tcW w:w="1728" w:type="dxa"/>
          </w:tcPr>
          <w:p w14:paraId="62A7AACF" w14:textId="77777777" w:rsidR="003F5796" w:rsidRDefault="00000000">
            <w:r>
              <w:t>Total</w:t>
            </w:r>
          </w:p>
        </w:tc>
      </w:tr>
      <w:tr w:rsidR="003F5796" w14:paraId="1393FAF0" w14:textId="77777777">
        <w:trPr>
          <w:jc w:val="center"/>
        </w:trPr>
        <w:tc>
          <w:tcPr>
            <w:tcW w:w="1728" w:type="dxa"/>
          </w:tcPr>
          <w:p w14:paraId="15609EB7" w14:textId="77777777" w:rsidR="003F5796" w:rsidRDefault="00000000">
            <w:r>
              <w:t>Grade 8</w:t>
            </w:r>
          </w:p>
        </w:tc>
        <w:tc>
          <w:tcPr>
            <w:tcW w:w="1728" w:type="dxa"/>
          </w:tcPr>
          <w:p w14:paraId="36B5977E" w14:textId="77777777" w:rsidR="003F5796" w:rsidRDefault="00000000">
            <w:r>
              <w:t>R200.00</w:t>
            </w:r>
          </w:p>
        </w:tc>
        <w:tc>
          <w:tcPr>
            <w:tcW w:w="1728" w:type="dxa"/>
          </w:tcPr>
          <w:p w14:paraId="6F817B69" w14:textId="77777777" w:rsidR="003F5796" w:rsidRDefault="00000000">
            <w:r>
              <w:t>R200.00</w:t>
            </w:r>
          </w:p>
        </w:tc>
        <w:tc>
          <w:tcPr>
            <w:tcW w:w="1728" w:type="dxa"/>
          </w:tcPr>
          <w:p w14:paraId="556865A7" w14:textId="77777777" w:rsidR="003F5796" w:rsidRDefault="00000000">
            <w:r>
              <w:t>R200.00</w:t>
            </w:r>
          </w:p>
        </w:tc>
        <w:tc>
          <w:tcPr>
            <w:tcW w:w="1728" w:type="dxa"/>
          </w:tcPr>
          <w:p w14:paraId="211090E9" w14:textId="77777777" w:rsidR="003F5796" w:rsidRDefault="00000000">
            <w:r>
              <w:t>R600.00</w:t>
            </w:r>
          </w:p>
        </w:tc>
      </w:tr>
      <w:tr w:rsidR="003F5796" w14:paraId="67B5D3AF" w14:textId="77777777">
        <w:trPr>
          <w:jc w:val="center"/>
        </w:trPr>
        <w:tc>
          <w:tcPr>
            <w:tcW w:w="1728" w:type="dxa"/>
          </w:tcPr>
          <w:p w14:paraId="2F0E76D2" w14:textId="77777777" w:rsidR="003F5796" w:rsidRDefault="00000000">
            <w:r>
              <w:t>Grade 9</w:t>
            </w:r>
          </w:p>
        </w:tc>
        <w:tc>
          <w:tcPr>
            <w:tcW w:w="1728" w:type="dxa"/>
          </w:tcPr>
          <w:p w14:paraId="58F12184" w14:textId="77777777" w:rsidR="003F5796" w:rsidRDefault="00000000">
            <w:r>
              <w:t>R200.00</w:t>
            </w:r>
          </w:p>
        </w:tc>
        <w:tc>
          <w:tcPr>
            <w:tcW w:w="1728" w:type="dxa"/>
          </w:tcPr>
          <w:p w14:paraId="359FACE1" w14:textId="77777777" w:rsidR="003F5796" w:rsidRDefault="00000000">
            <w:r>
              <w:t>R200.00</w:t>
            </w:r>
          </w:p>
        </w:tc>
        <w:tc>
          <w:tcPr>
            <w:tcW w:w="1728" w:type="dxa"/>
          </w:tcPr>
          <w:p w14:paraId="49B80B1B" w14:textId="77777777" w:rsidR="003F5796" w:rsidRDefault="00000000">
            <w:r>
              <w:t>R200.00</w:t>
            </w:r>
          </w:p>
        </w:tc>
        <w:tc>
          <w:tcPr>
            <w:tcW w:w="1728" w:type="dxa"/>
          </w:tcPr>
          <w:p w14:paraId="348EDCB5" w14:textId="77777777" w:rsidR="003F5796" w:rsidRDefault="00000000">
            <w:r>
              <w:t>R600.00</w:t>
            </w:r>
          </w:p>
        </w:tc>
      </w:tr>
      <w:tr w:rsidR="003F5796" w14:paraId="16BA8F2D" w14:textId="77777777">
        <w:trPr>
          <w:jc w:val="center"/>
        </w:trPr>
        <w:tc>
          <w:tcPr>
            <w:tcW w:w="1728" w:type="dxa"/>
          </w:tcPr>
          <w:p w14:paraId="4586C8CD" w14:textId="77777777" w:rsidR="003F5796" w:rsidRDefault="00000000">
            <w:r>
              <w:t>Grade 10</w:t>
            </w:r>
          </w:p>
        </w:tc>
        <w:tc>
          <w:tcPr>
            <w:tcW w:w="1728" w:type="dxa"/>
          </w:tcPr>
          <w:p w14:paraId="5ED22D59" w14:textId="77777777" w:rsidR="003F5796" w:rsidRDefault="00000000">
            <w:r>
              <w:t>R200.00</w:t>
            </w:r>
          </w:p>
        </w:tc>
        <w:tc>
          <w:tcPr>
            <w:tcW w:w="1728" w:type="dxa"/>
          </w:tcPr>
          <w:p w14:paraId="4022971C" w14:textId="77777777" w:rsidR="003F5796" w:rsidRDefault="00000000">
            <w:r>
              <w:t>R200.00</w:t>
            </w:r>
          </w:p>
        </w:tc>
        <w:tc>
          <w:tcPr>
            <w:tcW w:w="1728" w:type="dxa"/>
          </w:tcPr>
          <w:p w14:paraId="0A0BD69B" w14:textId="77777777" w:rsidR="003F5796" w:rsidRDefault="00000000">
            <w:r>
              <w:t>R200.00</w:t>
            </w:r>
          </w:p>
        </w:tc>
        <w:tc>
          <w:tcPr>
            <w:tcW w:w="1728" w:type="dxa"/>
          </w:tcPr>
          <w:p w14:paraId="0334AC17" w14:textId="77777777" w:rsidR="003F5796" w:rsidRDefault="00000000">
            <w:r>
              <w:t>R600.00</w:t>
            </w:r>
          </w:p>
        </w:tc>
      </w:tr>
      <w:tr w:rsidR="003F5796" w14:paraId="12E645DF" w14:textId="77777777">
        <w:trPr>
          <w:jc w:val="center"/>
        </w:trPr>
        <w:tc>
          <w:tcPr>
            <w:tcW w:w="1728" w:type="dxa"/>
          </w:tcPr>
          <w:p w14:paraId="0E137A42" w14:textId="77777777" w:rsidR="003F5796" w:rsidRDefault="00000000">
            <w:r>
              <w:t>Grade 11</w:t>
            </w:r>
          </w:p>
        </w:tc>
        <w:tc>
          <w:tcPr>
            <w:tcW w:w="1728" w:type="dxa"/>
          </w:tcPr>
          <w:p w14:paraId="1C45F658" w14:textId="77777777" w:rsidR="003F5796" w:rsidRDefault="00000000">
            <w:r>
              <w:t>R200.00</w:t>
            </w:r>
          </w:p>
        </w:tc>
        <w:tc>
          <w:tcPr>
            <w:tcW w:w="1728" w:type="dxa"/>
          </w:tcPr>
          <w:p w14:paraId="43084292" w14:textId="77777777" w:rsidR="003F5796" w:rsidRDefault="00000000">
            <w:r>
              <w:t>R200.00</w:t>
            </w:r>
          </w:p>
        </w:tc>
        <w:tc>
          <w:tcPr>
            <w:tcW w:w="1728" w:type="dxa"/>
          </w:tcPr>
          <w:p w14:paraId="2EEEA226" w14:textId="77777777" w:rsidR="003F5796" w:rsidRDefault="00000000">
            <w:r>
              <w:t>R200.00</w:t>
            </w:r>
          </w:p>
        </w:tc>
        <w:tc>
          <w:tcPr>
            <w:tcW w:w="1728" w:type="dxa"/>
          </w:tcPr>
          <w:p w14:paraId="13CF4DBF" w14:textId="77777777" w:rsidR="003F5796" w:rsidRDefault="00000000">
            <w:r>
              <w:t>R600.00</w:t>
            </w:r>
          </w:p>
        </w:tc>
      </w:tr>
      <w:tr w:rsidR="003F5796" w14:paraId="314BD458" w14:textId="77777777">
        <w:trPr>
          <w:jc w:val="center"/>
        </w:trPr>
        <w:tc>
          <w:tcPr>
            <w:tcW w:w="1728" w:type="dxa"/>
          </w:tcPr>
          <w:p w14:paraId="2713394E" w14:textId="77777777" w:rsidR="003F5796" w:rsidRDefault="00000000">
            <w:r>
              <w:t>Grade 12</w:t>
            </w:r>
          </w:p>
        </w:tc>
        <w:tc>
          <w:tcPr>
            <w:tcW w:w="1728" w:type="dxa"/>
          </w:tcPr>
          <w:p w14:paraId="278A2F24" w14:textId="77777777" w:rsidR="003F5796" w:rsidRDefault="00000000">
            <w:r>
              <w:t>R200.00</w:t>
            </w:r>
          </w:p>
        </w:tc>
        <w:tc>
          <w:tcPr>
            <w:tcW w:w="1728" w:type="dxa"/>
          </w:tcPr>
          <w:p w14:paraId="7B3F4EB1" w14:textId="77777777" w:rsidR="003F5796" w:rsidRDefault="00000000">
            <w:r>
              <w:t>R200.00</w:t>
            </w:r>
          </w:p>
        </w:tc>
        <w:tc>
          <w:tcPr>
            <w:tcW w:w="1728" w:type="dxa"/>
          </w:tcPr>
          <w:p w14:paraId="46BADB9B" w14:textId="77777777" w:rsidR="003F5796" w:rsidRDefault="00000000">
            <w:r>
              <w:t>R200.00</w:t>
            </w:r>
          </w:p>
        </w:tc>
        <w:tc>
          <w:tcPr>
            <w:tcW w:w="1728" w:type="dxa"/>
          </w:tcPr>
          <w:p w14:paraId="0987942A" w14:textId="77777777" w:rsidR="003F5796" w:rsidRDefault="00000000">
            <w:r>
              <w:t>R600.00</w:t>
            </w:r>
          </w:p>
        </w:tc>
      </w:tr>
      <w:tr w:rsidR="003F5796" w14:paraId="022A30E8" w14:textId="77777777">
        <w:trPr>
          <w:jc w:val="center"/>
        </w:trPr>
        <w:tc>
          <w:tcPr>
            <w:tcW w:w="1728" w:type="dxa"/>
          </w:tcPr>
          <w:p w14:paraId="451DF994" w14:textId="77777777" w:rsidR="003F5796" w:rsidRDefault="00000000">
            <w:r>
              <w:t>Grade 12 Camp</w:t>
            </w:r>
          </w:p>
        </w:tc>
        <w:tc>
          <w:tcPr>
            <w:tcW w:w="1728" w:type="dxa"/>
          </w:tcPr>
          <w:p w14:paraId="29FC72CA" w14:textId="77777777" w:rsidR="003F5796" w:rsidRDefault="00000000">
            <w:r>
              <w:t>R500.00</w:t>
            </w:r>
          </w:p>
        </w:tc>
        <w:tc>
          <w:tcPr>
            <w:tcW w:w="1728" w:type="dxa"/>
          </w:tcPr>
          <w:p w14:paraId="54CC88EC" w14:textId="77777777" w:rsidR="003F5796" w:rsidRDefault="00000000">
            <w:r>
              <w:t>R700.00</w:t>
            </w:r>
          </w:p>
        </w:tc>
        <w:tc>
          <w:tcPr>
            <w:tcW w:w="1728" w:type="dxa"/>
          </w:tcPr>
          <w:p w14:paraId="45ADA1E5" w14:textId="77777777" w:rsidR="003F5796" w:rsidRDefault="00000000">
            <w:r>
              <w:t>R500.00</w:t>
            </w:r>
          </w:p>
        </w:tc>
        <w:tc>
          <w:tcPr>
            <w:tcW w:w="1728" w:type="dxa"/>
          </w:tcPr>
          <w:p w14:paraId="3128B811" w14:textId="77777777" w:rsidR="003F5796" w:rsidRDefault="00000000">
            <w:r>
              <w:t>R1,700.00</w:t>
            </w:r>
          </w:p>
        </w:tc>
      </w:tr>
      <w:tr w:rsidR="003F5796" w14:paraId="6DC209BA" w14:textId="77777777">
        <w:trPr>
          <w:jc w:val="center"/>
        </w:trPr>
        <w:tc>
          <w:tcPr>
            <w:tcW w:w="1728" w:type="dxa"/>
          </w:tcPr>
          <w:p w14:paraId="27A2E7C2" w14:textId="77777777" w:rsidR="003F5796" w:rsidRDefault="00000000">
            <w:r>
              <w:t>BANKING DETAILS (STANDARD BANK)</w:t>
            </w:r>
          </w:p>
        </w:tc>
        <w:tc>
          <w:tcPr>
            <w:tcW w:w="1728" w:type="dxa"/>
          </w:tcPr>
          <w:p w14:paraId="2FA1CF27" w14:textId="77777777" w:rsidR="003F5796" w:rsidRDefault="00000000">
            <w:r>
              <w:t>Account Number</w:t>
            </w:r>
          </w:p>
        </w:tc>
        <w:tc>
          <w:tcPr>
            <w:tcW w:w="1728" w:type="dxa"/>
          </w:tcPr>
          <w:p w14:paraId="6D94D532" w14:textId="77777777" w:rsidR="003F5796" w:rsidRDefault="003F5796"/>
        </w:tc>
        <w:tc>
          <w:tcPr>
            <w:tcW w:w="1728" w:type="dxa"/>
          </w:tcPr>
          <w:p w14:paraId="01C3CAB1" w14:textId="77777777" w:rsidR="003F5796" w:rsidRDefault="003F5796"/>
        </w:tc>
        <w:tc>
          <w:tcPr>
            <w:tcW w:w="1728" w:type="dxa"/>
          </w:tcPr>
          <w:p w14:paraId="4F438E97" w14:textId="77777777" w:rsidR="003F5796" w:rsidRDefault="003F5796"/>
        </w:tc>
      </w:tr>
      <w:tr w:rsidR="003F5796" w14:paraId="31E9B78B" w14:textId="77777777">
        <w:trPr>
          <w:jc w:val="center"/>
        </w:trPr>
        <w:tc>
          <w:tcPr>
            <w:tcW w:w="1728" w:type="dxa"/>
          </w:tcPr>
          <w:p w14:paraId="47FC115E" w14:textId="77777777" w:rsidR="003F5796" w:rsidRDefault="00000000">
            <w:r>
              <w:t>Tuition Fee</w:t>
            </w:r>
          </w:p>
        </w:tc>
        <w:tc>
          <w:tcPr>
            <w:tcW w:w="1728" w:type="dxa"/>
          </w:tcPr>
          <w:p w14:paraId="2C331319" w14:textId="77777777" w:rsidR="003F5796" w:rsidRDefault="00000000">
            <w:r>
              <w:t>0321 40037</w:t>
            </w:r>
          </w:p>
        </w:tc>
        <w:tc>
          <w:tcPr>
            <w:tcW w:w="1728" w:type="dxa"/>
          </w:tcPr>
          <w:p w14:paraId="3E7078A7" w14:textId="77777777" w:rsidR="003F5796" w:rsidRDefault="003F5796"/>
        </w:tc>
        <w:tc>
          <w:tcPr>
            <w:tcW w:w="1728" w:type="dxa"/>
          </w:tcPr>
          <w:p w14:paraId="7BD17EF3" w14:textId="77777777" w:rsidR="003F5796" w:rsidRDefault="003F5796"/>
        </w:tc>
        <w:tc>
          <w:tcPr>
            <w:tcW w:w="1728" w:type="dxa"/>
          </w:tcPr>
          <w:p w14:paraId="2F0019C7" w14:textId="77777777" w:rsidR="003F5796" w:rsidRDefault="003F5796"/>
        </w:tc>
      </w:tr>
      <w:tr w:rsidR="003F5796" w14:paraId="6028C100" w14:textId="77777777">
        <w:trPr>
          <w:jc w:val="center"/>
        </w:trPr>
        <w:tc>
          <w:tcPr>
            <w:tcW w:w="1728" w:type="dxa"/>
          </w:tcPr>
          <w:p w14:paraId="6E331793" w14:textId="77777777" w:rsidR="003F5796" w:rsidRDefault="00000000">
            <w:r>
              <w:t>Registration Fee</w:t>
            </w:r>
          </w:p>
        </w:tc>
        <w:tc>
          <w:tcPr>
            <w:tcW w:w="1728" w:type="dxa"/>
          </w:tcPr>
          <w:p w14:paraId="391C5891" w14:textId="77777777" w:rsidR="003F5796" w:rsidRDefault="00000000">
            <w:r>
              <w:t>238 740 994</w:t>
            </w:r>
          </w:p>
        </w:tc>
        <w:tc>
          <w:tcPr>
            <w:tcW w:w="1728" w:type="dxa"/>
          </w:tcPr>
          <w:p w14:paraId="0F7E7763" w14:textId="77777777" w:rsidR="003F5796" w:rsidRDefault="003F5796"/>
        </w:tc>
        <w:tc>
          <w:tcPr>
            <w:tcW w:w="1728" w:type="dxa"/>
          </w:tcPr>
          <w:p w14:paraId="01B6DA19" w14:textId="77777777" w:rsidR="003F5796" w:rsidRDefault="003F5796"/>
        </w:tc>
        <w:tc>
          <w:tcPr>
            <w:tcW w:w="1728" w:type="dxa"/>
          </w:tcPr>
          <w:p w14:paraId="5ED9AF59" w14:textId="77777777" w:rsidR="003F5796" w:rsidRDefault="003F5796"/>
        </w:tc>
      </w:tr>
      <w:tr w:rsidR="003F5796" w14:paraId="6213231F" w14:textId="77777777">
        <w:trPr>
          <w:jc w:val="center"/>
        </w:trPr>
        <w:tc>
          <w:tcPr>
            <w:tcW w:w="1728" w:type="dxa"/>
          </w:tcPr>
          <w:p w14:paraId="1680FB6A" w14:textId="77777777" w:rsidR="003F5796" w:rsidRDefault="00000000">
            <w:r>
              <w:t>Reference</w:t>
            </w:r>
          </w:p>
        </w:tc>
        <w:tc>
          <w:tcPr>
            <w:tcW w:w="1728" w:type="dxa"/>
          </w:tcPr>
          <w:p w14:paraId="6D39BFE3" w14:textId="77777777" w:rsidR="003F5796" w:rsidRDefault="00000000">
            <w:r>
              <w:t xml:space="preserve">Use the learner's identity number </w:t>
            </w:r>
            <w:r>
              <w:lastRenderedPageBreak/>
              <w:t>as the payment reference for registration, re-registration and school fees.</w:t>
            </w:r>
          </w:p>
        </w:tc>
        <w:tc>
          <w:tcPr>
            <w:tcW w:w="1728" w:type="dxa"/>
          </w:tcPr>
          <w:p w14:paraId="5B835203" w14:textId="77777777" w:rsidR="003F5796" w:rsidRDefault="003F5796"/>
        </w:tc>
        <w:tc>
          <w:tcPr>
            <w:tcW w:w="1728" w:type="dxa"/>
          </w:tcPr>
          <w:p w14:paraId="57EE2251" w14:textId="77777777" w:rsidR="003F5796" w:rsidRDefault="003F5796"/>
        </w:tc>
        <w:tc>
          <w:tcPr>
            <w:tcW w:w="1728" w:type="dxa"/>
          </w:tcPr>
          <w:p w14:paraId="65A76679" w14:textId="77777777" w:rsidR="003F5796" w:rsidRDefault="003F5796"/>
        </w:tc>
      </w:tr>
    </w:tbl>
    <w:p w14:paraId="13373D12" w14:textId="77777777" w:rsidR="003F5796" w:rsidRDefault="003F5796"/>
    <w:p w14:paraId="492EA917" w14:textId="77777777" w:rsidR="003F5796" w:rsidRDefault="00000000">
      <w:pPr>
        <w:pStyle w:val="Heading1"/>
      </w:pPr>
      <w:r>
        <w:rPr>
          <w:color w:val="472C1A"/>
        </w:rPr>
        <w:t>Payment Information</w:t>
      </w:r>
    </w:p>
    <w:p w14:paraId="1E19B11F" w14:textId="77777777" w:rsidR="003F5796" w:rsidRDefault="00000000">
      <w:r>
        <w:t>• Tuition Fee Account: 032140037</w:t>
      </w:r>
    </w:p>
    <w:p w14:paraId="5AACBCF7" w14:textId="77777777" w:rsidR="003F5796" w:rsidRDefault="00000000">
      <w:r>
        <w:t>• Registration Fee Account: 238740994</w:t>
      </w:r>
    </w:p>
    <w:p w14:paraId="2FDA2D3E" w14:textId="77777777" w:rsidR="003F5796" w:rsidRDefault="00000000">
      <w:r>
        <w:t>• Use the learner's Identity Number as the payment reference.</w:t>
      </w:r>
    </w:p>
    <w:p w14:paraId="6006715F" w14:textId="77777777" w:rsidR="003F5796" w:rsidRDefault="00000000">
      <w:r>
        <w:t>• For account enquiries, please contact the school administration.</w:t>
      </w:r>
    </w:p>
    <w:sectPr w:rsidR="003F5796" w:rsidSect="00034616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3467395">
    <w:abstractNumId w:val="8"/>
  </w:num>
  <w:num w:numId="2" w16cid:durableId="715084893">
    <w:abstractNumId w:val="6"/>
  </w:num>
  <w:num w:numId="3" w16cid:durableId="931090154">
    <w:abstractNumId w:val="5"/>
  </w:num>
  <w:num w:numId="4" w16cid:durableId="910457570">
    <w:abstractNumId w:val="4"/>
  </w:num>
  <w:num w:numId="5" w16cid:durableId="1233740697">
    <w:abstractNumId w:val="7"/>
  </w:num>
  <w:num w:numId="6" w16cid:durableId="1404990078">
    <w:abstractNumId w:val="3"/>
  </w:num>
  <w:num w:numId="7" w16cid:durableId="446243944">
    <w:abstractNumId w:val="2"/>
  </w:num>
  <w:num w:numId="8" w16cid:durableId="314064968">
    <w:abstractNumId w:val="1"/>
  </w:num>
  <w:num w:numId="9" w16cid:durableId="936402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67FC"/>
    <w:rsid w:val="0028568F"/>
    <w:rsid w:val="0029639D"/>
    <w:rsid w:val="00326F90"/>
    <w:rsid w:val="003F579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FAD5788"/>
  <w14:defaultImageDpi w14:val="300"/>
  <w15:docId w15:val="{83962FD4-EBE3-44E8-B1D3-F0BB1807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private user</cp:lastModifiedBy>
  <cp:revision>2</cp:revision>
  <dcterms:created xsi:type="dcterms:W3CDTF">2013-12-23T23:15:00Z</dcterms:created>
  <dcterms:modified xsi:type="dcterms:W3CDTF">2026-07-29T16:04:00Z</dcterms:modified>
  <cp:category/>
</cp:coreProperties>
</file>